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ind w:left="-426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ГБУЗ МО МОСКОВСКИЙ ОБЛАСТНОЙ НАУЧНО-ИССЛЕДОВАТЕЛЬСКИЙ</w:t>
        <w:br/>
        <w:t xml:space="preserve">КЛИНИЧЕСКИЙ ИНСТИТУТ </w:t>
      </w:r>
    </w:p>
    <w:p>
      <w:pPr>
        <w:pStyle w:val="Normal"/>
        <w:spacing w:lineRule="auto" w:line="360" w:before="0" w:after="0"/>
        <w:ind w:left="-426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им. М. Ф. ВЛАДИМИРОВСКОГО</w:t>
        <w:br/>
        <w:t>КДЦ г. РЕУТОВ</w:t>
      </w:r>
    </w:p>
    <w:p>
      <w:pPr>
        <w:pStyle w:val="Normal"/>
        <w:spacing w:lineRule="auto" w:line="360" w:before="0" w:after="0"/>
        <w:ind w:left="-426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spacing w:lineRule="auto" w:line="360" w:before="0" w:after="0"/>
        <w:ind w:left="-426"/>
        <w:jc w:val="center"/>
        <w:rPr>
          <w:lang w:val="ru-RU"/>
        </w:rPr>
      </w:pPr>
      <w:r>
        <w:rPr>
          <w:b/>
          <w:sz w:val="24"/>
          <w:lang w:val="ru-RU"/>
        </w:rPr>
        <w:t>«_______» ___________________ 20____г.</w:t>
      </w:r>
    </w:p>
    <w:p>
      <w:pPr>
        <w:pStyle w:val="Normal"/>
        <w:spacing w:lineRule="auto" w:line="360" w:before="0" w:after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360" w:before="0" w:after="0"/>
        <w:rPr>
          <w:lang w:val="ru-RU"/>
        </w:rPr>
      </w:pPr>
      <w:r>
        <w:rPr>
          <w:lang w:val="ru-RU"/>
        </w:rPr>
        <w:t xml:space="preserve">г. Реутов, ул. Проспект Мира, д.53    </w:t>
      </w:r>
    </w:p>
    <w:p>
      <w:pPr>
        <w:pStyle w:val="Normal"/>
        <w:spacing w:lineRule="auto" w:line="360" w:before="0" w:after="0"/>
        <w:rPr>
          <w:lang w:val="ru-RU"/>
        </w:rPr>
      </w:pPr>
      <w:r>
        <w:rPr>
          <w:lang w:val="ru-RU"/>
        </w:rPr>
        <w:t>тел. +7 (498) 661-41-16</w:t>
      </w:r>
    </w:p>
    <w:p>
      <w:pPr>
        <w:pStyle w:val="Normal"/>
        <w:spacing w:lineRule="auto" w:line="360" w:before="0" w:after="0"/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</w:r>
    </w:p>
    <w:p>
      <w:pPr>
        <w:pStyle w:val="Normal"/>
        <w:spacing w:lineRule="auto" w:line="360" w:before="0" w:after="0"/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</w:r>
    </w:p>
    <w:p>
      <w:pPr>
        <w:pStyle w:val="Normal"/>
        <w:spacing w:lineRule="auto" w:line="360" w:before="0" w:after="0"/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</w:r>
    </w:p>
    <w:p>
      <w:pPr>
        <w:pStyle w:val="Normal"/>
        <w:spacing w:lineRule="auto" w:line="360" w:before="0" w:after="0"/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</w:r>
    </w:p>
    <w:p>
      <w:pPr>
        <w:pStyle w:val="Normal"/>
        <w:spacing w:lineRule="auto" w:line="360" w:before="0" w:after="0"/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</w:r>
    </w:p>
    <w:p>
      <w:pPr>
        <w:pStyle w:val="Normal"/>
        <w:spacing w:lineRule="auto" w:line="360" w:before="0" w:after="0"/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</w:r>
    </w:p>
    <w:p>
      <w:pPr>
        <w:pStyle w:val="Normal"/>
        <w:spacing w:lineRule="auto" w:line="360" w:before="0" w:after="0"/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</w:r>
    </w:p>
    <w:p>
      <w:pPr>
        <w:pStyle w:val="Normal"/>
        <w:spacing w:lineRule="auto" w:line="360" w:before="0" w:after="0"/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</w:r>
    </w:p>
    <w:p>
      <w:pPr>
        <w:pStyle w:val="Normal"/>
        <w:spacing w:lineRule="auto" w:line="360" w:before="0" w:after="0"/>
        <w:ind w:left="-426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ГБУЗ МО МОСКОВСКИЙ ОБЛАСТНОЙ НАУЧНО-ИССЛЕДОВАТЕЛЬСКИЙ</w:t>
        <w:br/>
        <w:t xml:space="preserve">КЛИНИЧЕСКИЙ ИНСТИТУТ </w:t>
      </w:r>
    </w:p>
    <w:p>
      <w:pPr>
        <w:pStyle w:val="Normal"/>
        <w:spacing w:lineRule="auto" w:line="360" w:before="0" w:after="0"/>
        <w:ind w:left="-426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им. М. Ф. ВЛАДИМИРОВСКОГО</w:t>
        <w:br/>
        <w:t>КДЦ г. РЕУТОВ</w:t>
      </w:r>
    </w:p>
    <w:p>
      <w:pPr>
        <w:pStyle w:val="Normal"/>
        <w:spacing w:lineRule="auto" w:line="360" w:before="0" w:after="0"/>
        <w:ind w:left="-426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</w:r>
    </w:p>
    <w:p>
      <w:pPr>
        <w:pStyle w:val="Normal"/>
        <w:spacing w:lineRule="auto" w:line="360" w:before="0" w:after="0"/>
        <w:ind w:left="-426"/>
        <w:jc w:val="center"/>
        <w:rPr>
          <w:lang w:val="ru-RU"/>
        </w:rPr>
      </w:pPr>
      <w:r>
        <w:rPr>
          <w:b/>
          <w:sz w:val="24"/>
          <w:lang w:val="ru-RU"/>
        </w:rPr>
        <w:t>«_______» ___________________ 20____г.</w:t>
      </w:r>
    </w:p>
    <w:p>
      <w:pPr>
        <w:pStyle w:val="Normal"/>
        <w:spacing w:lineRule="auto" w:line="360" w:before="0" w:after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360" w:before="0" w:after="0"/>
        <w:rPr>
          <w:lang w:val="ru-RU"/>
        </w:rPr>
      </w:pPr>
      <w:r>
        <w:rPr>
          <w:lang w:val="ru-RU"/>
        </w:rPr>
        <w:t xml:space="preserve">г. Реутов, ул. Проспект Мира, д.53    </w:t>
      </w:r>
    </w:p>
    <w:p>
      <w:pPr>
        <w:pStyle w:val="Normal"/>
        <w:spacing w:lineRule="auto" w:line="360" w:before="0" w:after="0"/>
        <w:rPr>
          <w:lang w:val="ru-RU"/>
        </w:rPr>
      </w:pPr>
      <w:r>
        <w:rPr>
          <w:lang w:val="ru-RU"/>
        </w:rPr>
        <w:t>тел. +7 (498) 661-41-16</w:t>
      </w:r>
    </w:p>
    <w:p>
      <w:pPr>
        <w:pStyle w:val="Normal"/>
        <w:spacing w:lineRule="auto" w:line="360" w:before="0" w:after="0"/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</w:r>
    </w:p>
    <w:p>
      <w:pPr>
        <w:pStyle w:val="Normal"/>
        <w:spacing w:lineRule="auto" w:line="360" w:before="0" w:after="0"/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</w:r>
    </w:p>
    <w:p>
      <w:pPr>
        <w:pStyle w:val="Normal"/>
        <w:spacing w:lineRule="auto" w:line="360" w:before="0" w:after="0"/>
        <w:jc w:val="center"/>
        <w:rPr>
          <w:lang w:val="ru-RU"/>
        </w:rPr>
      </w:pPr>
      <w:r>
        <w:rPr>
          <w:b/>
          <w:sz w:val="32"/>
          <w:lang w:val="ru-RU"/>
        </w:rPr>
        <w:t>СПРАВКА</w:t>
      </w:r>
    </w:p>
    <w:p>
      <w:pPr>
        <w:pStyle w:val="Normal"/>
        <w:spacing w:lineRule="auto" w:line="360" w:before="0" w:after="0"/>
        <w:ind w:left="-284" w:right="-576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360" w:before="0" w:after="0"/>
        <w:ind w:left="-284" w:right="-57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Дана гр._____________________________________</w:t>
      </w:r>
    </w:p>
    <w:p>
      <w:pPr>
        <w:pStyle w:val="Normal"/>
        <w:spacing w:lineRule="auto" w:line="360" w:before="0" w:after="0"/>
        <w:ind w:left="-284" w:right="-57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том, что он(а) был(а) на консультативном приеме</w:t>
      </w:r>
    </w:p>
    <w:p>
      <w:pPr>
        <w:pStyle w:val="Normal"/>
        <w:spacing w:lineRule="auto" w:line="360" w:before="0" w:after="0"/>
        <w:ind w:left="-284" w:right="-57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КДЦ г. Реутов МОНИКИ «____» _____________ 20____ г.</w:t>
      </w:r>
    </w:p>
    <w:p>
      <w:pPr>
        <w:pStyle w:val="Normal"/>
        <w:spacing w:lineRule="auto" w:line="360" w:before="0" w:after="0"/>
        <w:ind w:left="-284" w:right="-57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auto" w:line="360" w:before="0" w:after="0"/>
        <w:ind w:left="-284" w:right="-57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Дана для предоставления </w:t>
      </w:r>
      <w:r>
        <w:rPr>
          <w:sz w:val="20"/>
          <w:szCs w:val="20"/>
          <w:u w:val="single"/>
          <w:lang w:val="ru-RU"/>
        </w:rPr>
        <w:t>по месту требования</w:t>
      </w:r>
      <w:r>
        <w:rPr>
          <w:sz w:val="20"/>
          <w:szCs w:val="20"/>
          <w:lang w:val="ru-RU"/>
        </w:rPr>
        <w:t xml:space="preserve"> / _________________________________</w:t>
      </w:r>
    </w:p>
    <w:p>
      <w:pPr>
        <w:pStyle w:val="Normal"/>
        <w:spacing w:lineRule="auto" w:line="360" w:before="0" w:after="0"/>
        <w:ind w:left="-284" w:right="-57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auto" w:line="360" w:before="0" w:after="0"/>
        <w:ind w:left="-284" w:right="-576"/>
        <w:rPr>
          <w:sz w:val="20"/>
          <w:szCs w:val="20"/>
          <w:lang w:val="ru-RU"/>
        </w:rPr>
      </w:pPr>
      <w:r>
        <w:rPr>
          <w:sz w:val="20"/>
          <w:szCs w:val="20"/>
        </w:rPr>
        <w:t xml:space="preserve">Врач </w:t>
      </w:r>
      <w:r>
        <w:rPr>
          <w:sz w:val="20"/>
          <w:szCs w:val="20"/>
          <w:lang w:val="ru-RU"/>
        </w:rPr>
        <w:t>Борисов Ф.Г.</w:t>
      </w:r>
    </w:p>
    <w:p>
      <w:pPr>
        <w:pStyle w:val="Normal"/>
        <w:spacing w:lineRule="auto" w:line="360" w:before="0" w:after="0"/>
        <w:ind w:left="-284" w:right="-57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auto" w:line="360" w:before="0" w:after="0"/>
        <w:ind w:left="-284" w:right="-57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auto" w:line="360" w:before="0" w:after="0"/>
        <w:ind w:left="-284" w:right="-57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auto" w:line="360" w:before="0" w:after="0"/>
        <w:ind w:left="-284" w:right="-57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auto" w:line="360" w:before="0" w:after="0"/>
        <w:ind w:left="-284" w:right="-57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auto" w:line="360" w:before="0" w:after="0"/>
        <w:ind w:left="-284" w:right="-57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auto" w:line="360" w:before="0" w:after="0"/>
        <w:ind w:left="-284" w:right="-57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auto" w:line="360" w:before="0" w:after="0"/>
        <w:ind w:left="-284" w:right="-57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auto" w:line="360" w:before="0" w:after="0"/>
        <w:ind w:left="-284" w:right="-57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auto" w:line="360" w:before="0" w:after="0"/>
        <w:ind w:left="-284" w:right="-57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auto" w:line="360" w:before="0" w:after="0"/>
        <w:ind w:left="-284" w:right="-57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auto" w:line="360" w:before="0" w:after="0"/>
        <w:ind w:left="-284" w:right="-57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auto" w:line="360" w:before="0" w:after="0"/>
        <w:jc w:val="center"/>
        <w:rPr>
          <w:lang w:val="ru-RU"/>
        </w:rPr>
      </w:pPr>
      <w:r>
        <w:rPr>
          <w:b/>
          <w:sz w:val="32"/>
          <w:lang w:val="ru-RU"/>
        </w:rPr>
        <w:t>СПРАВКА</w:t>
      </w:r>
    </w:p>
    <w:p>
      <w:pPr>
        <w:pStyle w:val="Normal"/>
        <w:spacing w:lineRule="auto" w:line="360" w:before="0" w:after="0"/>
        <w:ind w:left="-284" w:right="-576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360" w:before="0" w:after="0"/>
        <w:ind w:left="-284" w:right="-57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Дана гр._____________________________________</w:t>
      </w:r>
    </w:p>
    <w:p>
      <w:pPr>
        <w:pStyle w:val="Normal"/>
        <w:spacing w:lineRule="auto" w:line="360" w:before="0" w:after="0"/>
        <w:ind w:left="-284" w:right="-57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том, что он(а) был(а) на консультативном приеме</w:t>
      </w:r>
    </w:p>
    <w:p>
      <w:pPr>
        <w:pStyle w:val="Normal"/>
        <w:spacing w:lineRule="auto" w:line="360" w:before="0" w:after="0"/>
        <w:ind w:left="-284" w:right="-57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КДЦ г. Реутов МОНИКИ «____» _____________ 20____ г.</w:t>
      </w:r>
    </w:p>
    <w:p>
      <w:pPr>
        <w:pStyle w:val="Normal"/>
        <w:spacing w:lineRule="auto" w:line="360" w:before="0" w:after="0"/>
        <w:ind w:left="-284" w:right="-57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auto" w:line="360" w:before="0" w:after="0"/>
        <w:ind w:left="-284" w:right="-57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Дана для предоставления </w:t>
      </w:r>
      <w:r>
        <w:rPr>
          <w:sz w:val="20"/>
          <w:szCs w:val="20"/>
          <w:u w:val="single"/>
          <w:lang w:val="ru-RU"/>
        </w:rPr>
        <w:t>по месту требования</w:t>
      </w:r>
      <w:r>
        <w:rPr>
          <w:sz w:val="20"/>
          <w:szCs w:val="20"/>
          <w:lang w:val="ru-RU"/>
        </w:rPr>
        <w:t xml:space="preserve"> / _________________________________</w:t>
      </w:r>
    </w:p>
    <w:p>
      <w:pPr>
        <w:pStyle w:val="Normal"/>
        <w:spacing w:lineRule="auto" w:line="360" w:before="0" w:after="0"/>
        <w:ind w:left="-284" w:right="-57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</w:r>
    </w:p>
    <w:p>
      <w:pPr>
        <w:pStyle w:val="Normal"/>
        <w:spacing w:lineRule="auto" w:line="360" w:before="0" w:after="0"/>
        <w:ind w:left="-284" w:right="-576"/>
        <w:rPr>
          <w:sz w:val="20"/>
          <w:szCs w:val="20"/>
          <w:lang w:val="ru-RU"/>
        </w:rPr>
      </w:pPr>
      <w:r>
        <w:rPr>
          <w:sz w:val="20"/>
          <w:szCs w:val="20"/>
        </w:rPr>
        <w:t xml:space="preserve">Врач </w:t>
      </w:r>
      <w:r>
        <w:rPr>
          <w:sz w:val="20"/>
          <w:szCs w:val="20"/>
          <w:lang w:val="ru-RU"/>
        </w:rPr>
        <w:t>Борисов Ф.Г.</w:t>
      </w:r>
    </w:p>
    <w:sectPr>
      <w:type w:val="continuous"/>
      <w:pgSz w:w="12240" w:h="15840"/>
      <w:pgMar w:left="1800" w:right="1800" w:gutter="0" w:header="0" w:top="1440" w:footer="0" w:bottom="1440"/>
      <w:cols w:num="2" w:space="720" w:equalWidth="true" w:sep="false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Courier">
    <w:altName w:val="Courier New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7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Верхний колонтитул Знак"/>
    <w:basedOn w:val="DefaultParagraphFont"/>
    <w:uiPriority w:val="99"/>
    <w:qFormat/>
    <w:rsid w:val="00e618bf"/>
    <w:rPr/>
  </w:style>
  <w:style w:type="character" w:styleId="Style6" w:customStyle="1">
    <w:name w:val="Нижний колонтитул Знак"/>
    <w:basedOn w:val="DefaultParagraphFont"/>
    <w:uiPriority w:val="99"/>
    <w:qFormat/>
    <w:rsid w:val="00e618bf"/>
    <w:rPr/>
  </w:style>
  <w:style w:type="character" w:styleId="1" w:customStyle="1">
    <w:name w:val="Заголовок 1 Знак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Style7" w:customStyle="1">
    <w:name w:val="Заголовок Знак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tyle8" w:customStyle="1">
    <w:name w:val="Подзаголовок Знак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Style9" w:customStyle="1">
    <w:name w:val="Основной текст Знак"/>
    <w:basedOn w:val="DefaultParagraphFont"/>
    <w:uiPriority w:val="99"/>
    <w:qFormat/>
    <w:rsid w:val="00aa1d8d"/>
    <w:rPr/>
  </w:style>
  <w:style w:type="character" w:styleId="21" w:customStyle="1">
    <w:name w:val="Основной текст 2 Знак"/>
    <w:basedOn w:val="DefaultParagraphFont"/>
    <w:link w:val="BodyText2"/>
    <w:uiPriority w:val="99"/>
    <w:qFormat/>
    <w:rsid w:val="00aa1d8d"/>
    <w:rPr/>
  </w:style>
  <w:style w:type="character" w:styleId="31" w:customStyle="1">
    <w:name w:val="Основной текст 3 Знак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Style10" w:customStyle="1">
    <w:name w:val="Текст макроса Знак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4" w:customStyle="1">
    <w:name w:val="Заголовок 4 Знак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5" w:customStyle="1">
    <w:name w:val="Заголовок 5 Знак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6" w:customStyle="1">
    <w:name w:val="Заголовок 6 Знак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7" w:customStyle="1">
    <w:name w:val="Заголовок 7 Знак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8" w:customStyle="1">
    <w:name w:val="Заголовок 8 Знак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9" w:customStyle="1">
    <w:name w:val="Заголовок 9 Знак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Style11" w:customStyle="1">
    <w:name w:val="Выделенная цитата Знак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9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6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Style7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tyle8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21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31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Text">
    <w:name w:val="macro"/>
    <w:link w:val="Style10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22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Style11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Style12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Style14" w:default="1">
    <w:name w:val="Без списка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LibreOffice/25.2.3.2$Windows_X86_64 LibreOffice_project/bbb074479178df812d175f709636b368952c2ce3</Application>
  <AppVersion>15.0000</AppVersion>
  <Pages>1</Pages>
  <Words>116</Words>
  <Characters>822</Characters>
  <CharactersWithSpaces>926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ru-RU</dc:language>
  <cp:lastModifiedBy/>
  <dcterms:modified xsi:type="dcterms:W3CDTF">2026-07-02T10:56:56Z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